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Bürgermeister der Gemeinde Gać</w:t>
      </w:r>
    </w:p>
    <w:p>
      <w:r>
        <w:t>Gać 275</w:t>
      </w:r>
    </w:p>
    <w:p>
      <w:r>
        <w:t>37-207</w:t>
      </w:r>
    </w:p>
    <w:p>
      <w:r>
        <w:t>Tel: +48 166 411 429</w:t>
      </w:r>
    </w:p>
    <w:p/>
    <w:p>
      <w:r>
        <w:t>Gać, 09.09.2026</w:t>
      </w:r>
    </w:p>
    <w:p/>
    <w:p>
      <w:r>
        <w:t>RO.5345.50.2026.WŻ</w:t>
      </w:r>
    </w:p>
    <w:p/>
    <w:p>
      <w:r>
        <w:t>BESCHEINIGUNG</w:t>
      </w:r>
    </w:p>
    <w:p/>
    <w:p>
      <w:r>
        <w:t>Gemäß Artikel 217 § 2 Punkt 2 in Verbindung mit Artikel 218 der Verwaltungsgerichtsbarkeit (konsolidierte Fassung: Gesetzblatt 2025 Pos. 1691) und in Verbindung mit Artikel 45 Absatz 2 des Gesetzes vom 24. September 2010 über das Meldewesen (konsolidierte Fassung: Gesetzblatt 2025 Pos. 274 mit Änderungen)</w:t>
      </w:r>
    </w:p>
    <w:p/>
    <w:p>
      <w:r>
        <w:t>wird hiermit bescheinigt, dass:</w:t>
      </w:r>
    </w:p>
    <w:p>
      <w:r>
        <w:t>Herr/Frau</w:t>
      </w:r>
    </w:p>
    <w:p/>
    <w:p>
      <w:r>
        <w:t>Nachname: PANASIUK</w:t>
      </w:r>
    </w:p>
    <w:p/>
    <w:p>
      <w:r>
        <w:t>Vorname(n): JOANNA KATARZYNA</w:t>
      </w:r>
    </w:p>
    <w:p/>
    <w:p>
      <w:r>
        <w:t>Name des Vaters: HENRYK</w:t>
      </w:r>
    </w:p>
    <w:p/>
    <w:p>
      <w:r>
        <w:t>Geburtsdatum: 03.11.1986</w:t>
      </w:r>
    </w:p>
    <w:p/>
    <w:p>
      <w:r>
        <w:t>Geburtsort: RZESZÓW</w:t>
      </w:r>
    </w:p>
    <w:p/>
    <w:p>
      <w:r>
        <w:t>Ist mit ständigem Wohnsitz gemeldet unter der Adresse</w:t>
      </w:r>
    </w:p>
    <w:p/>
    <w:p>
      <w:r>
        <w:t>Ständiger Wohnsitz: OSTRÓW 76, 37-207, Gemeinde GAĆ, Woiwodschaft PODKARPACKIE</w:t>
      </w:r>
    </w:p>
    <w:p/>
    <w:p>
      <w:r>
        <w:t>Meldedatum: seit: 25.09.2015 bis: aktuell</w:t>
      </w:r>
    </w:p>
    <w:p/>
    <w:p>
      <w:r>
        <w:t>Unter der oben genannten Adresse sind, gemeinsam mit der/dem Genannten, folgende Personen mit ständigem Wohnsitz gemeldet:</w:t>
      </w:r>
    </w:p>
    <w:p/>
    <w:p>
      <w:r>
        <w:t>| Nachname, Vornamen      | Namen der Eltern | Geburtsdatum | Geburtsort          | Meldedatum         |</w:t>
      </w:r>
    </w:p>
    <w:p>
      <w:r>
        <w:t>| :---------------------- | :--------------- | :----------- | :------------------ | :----------------- |</w:t>
      </w:r>
    </w:p>
    <w:p>
      <w:r>
        <w:t>| PANASIUK, OLIWIER       | DAWID JOANNA     | 09.09.2021   | RZESZÓW             | 16.09.2021 bis aktuell |</w:t>
      </w:r>
    </w:p>
    <w:p>
      <w:r>
        <w:t>| PANASIUK, DAWID         | ZDZISŁAW TERESA  | 16.08.1983   | STARGARD SZCZECIŃSKI | 25.09.2015 bis aktuell |</w:t>
      </w:r>
    </w:p>
    <w:p/>
    <w:p>
      <w:r>
        <w:t>LEITER DES STANDESAMTES</w:t>
      </w:r>
    </w:p>
    <w:p>
      <w:r>
        <w:t>W. Zak</w:t>
      </w:r>
    </w:p>
    <w:p>
      <w:r>
        <w:t>(Unterschrift des Mitarbeiters)</w:t>
      </w:r>
    </w:p>
    <w:p/>
    <w:p>
      <w:r>
        <w:t>Seite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